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Blatt 1: Die 2er Reihe – Rechnen mit dem Schulhund 🐶</w:t>
      </w:r>
    </w:p>
    <w:p>
      <w:pPr>
        <w:jc w:val="center"/>
      </w:pPr>
      <w:r>
        <w:t>Name: ____________________        Datum: ________________</w:t>
      </w:r>
    </w:p>
    <w:p/>
    <w:p>
      <w:r>
        <w:t>Aufgabe 1: Verbinde richtig!</w:t>
      </w:r>
    </w:p>
    <w:p>
      <w:r>
        <w:t>2 · 2  =      [ 10 ]</w:t>
      </w:r>
    </w:p>
    <w:p>
      <w:r>
        <w:t>5 · 2  =      [ 4 ]</w:t>
      </w:r>
    </w:p>
    <w:p>
      <w:r>
        <w:t>8 · 2  =      [ 20 ]</w:t>
      </w:r>
    </w:p>
    <w:p>
      <w:r>
        <w:t>10 · 2 =      [ 16 ]</w:t>
      </w:r>
    </w:p>
    <w:p>
      <w:r>
        <w:br/>
        <w:t>Aufgabe 2: Löse die Aufgaben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1 · 2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3 · 2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6 · 2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9 · 2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</w:tbl>
    <w:p/>
    <w:p>
      <w:r>
        <w:t>Aufgabe 3: Tauschaufgaben</w:t>
      </w:r>
    </w:p>
    <w:p>
      <w:r>
        <w:t>2 · 5 = 10   →   5 · 2 = __________________</w:t>
      </w:r>
    </w:p>
    <w:p>
      <w:r>
        <w:t>2 · 8 = 16   →   8 · 2 = __________________</w:t>
      </w:r>
    </w:p>
    <w:p>
      <w:r>
        <w:t>2 · 4 = 8    →   ___ · ___ = 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