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t>Blatt 2: Die 5er &amp; 10er Reihe 💶</w:t>
      </w:r>
    </w:p>
    <w:p>
      <w:pPr>
        <w:jc w:val="center"/>
      </w:pPr>
      <w:r>
        <w:t>Name: ____________________        Datum: ________________</w:t>
      </w:r>
    </w:p>
    <w:p/>
    <w:p>
      <w:r>
        <w:t>Aufgabe 1: Zahlenreihe ergänzen</w:t>
      </w:r>
    </w:p>
    <w:p>
      <w:r>
        <w:t>5 → 10 → 15 → ___ → ___ → 30 → ___ → 40 → ___ → 50</w:t>
      </w:r>
    </w:p>
    <w:p>
      <w:r>
        <w:br/>
        <w:t>Aufgabe 2: Rechnen mit Geld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3 Scheine à 5 € = ___ · 5 € = ___ €</w:t>
            </w:r>
          </w:p>
        </w:tc>
        <w:tc>
          <w:tcPr>
            <w:tcW w:type="dxa" w:w="4320"/>
          </w:tcPr>
          <w:p>
            <w:r>
              <w:t>Antwort: ______________________________</w:t>
            </w:r>
          </w:p>
        </w:tc>
      </w:tr>
      <w:tr>
        <w:tc>
          <w:tcPr>
            <w:tcW w:type="dxa" w:w="4320"/>
          </w:tcPr>
          <w:p>
            <w:r>
              <w:t>6 Scheine à 5 € = ___ · 5 € = ___ €</w:t>
            </w:r>
          </w:p>
        </w:tc>
        <w:tc>
          <w:tcPr>
            <w:tcW w:type="dxa" w:w="4320"/>
          </w:tcPr>
          <w:p>
            <w:r>
              <w:t>Antwort: ______________________________</w:t>
            </w:r>
          </w:p>
        </w:tc>
      </w:tr>
      <w:tr>
        <w:tc>
          <w:tcPr>
            <w:tcW w:type="dxa" w:w="4320"/>
          </w:tcPr>
          <w:p>
            <w:r>
              <w:t>10 Scheine à 5 € = ___ · 5 € = ___ €</w:t>
            </w:r>
          </w:p>
        </w:tc>
        <w:tc>
          <w:tcPr>
            <w:tcW w:type="dxa" w:w="4320"/>
          </w:tcPr>
          <w:p>
            <w:r>
              <w:t>Antwort: ______________________________</w:t>
            </w:r>
          </w:p>
        </w:tc>
      </w:tr>
    </w:tbl>
    <w:p/>
    <w:p>
      <w:r>
        <w:t>Aufgabe 3: Die 10er Reihe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2 · 10 =</w:t>
            </w:r>
          </w:p>
        </w:tc>
        <w:tc>
          <w:tcPr>
            <w:tcW w:type="dxa" w:w="4320"/>
          </w:tcPr>
          <w:p>
            <w:r>
              <w:t>Antwort: ______________________________</w:t>
            </w:r>
          </w:p>
        </w:tc>
      </w:tr>
      <w:tr>
        <w:tc>
          <w:tcPr>
            <w:tcW w:type="dxa" w:w="4320"/>
          </w:tcPr>
          <w:p>
            <w:r>
              <w:t>4 · 10 =</w:t>
            </w:r>
          </w:p>
        </w:tc>
        <w:tc>
          <w:tcPr>
            <w:tcW w:type="dxa" w:w="4320"/>
          </w:tcPr>
          <w:p>
            <w:r>
              <w:t>Antwort: ______________________________</w:t>
            </w:r>
          </w:p>
        </w:tc>
      </w:tr>
      <w:tr>
        <w:tc>
          <w:tcPr>
            <w:tcW w:type="dxa" w:w="4320"/>
          </w:tcPr>
          <w:p>
            <w:r>
              <w:t>7 · 10 =</w:t>
            </w:r>
          </w:p>
        </w:tc>
        <w:tc>
          <w:tcPr>
            <w:tcW w:type="dxa" w:w="4320"/>
          </w:tcPr>
          <w:p>
            <w:r>
              <w:t>Antwort: ______________________________</w:t>
            </w:r>
          </w:p>
        </w:tc>
      </w:tr>
      <w:tr>
        <w:tc>
          <w:tcPr>
            <w:tcW w:type="dxa" w:w="4320"/>
          </w:tcPr>
          <w:p>
            <w:r>
              <w:t>10 · 10 =</w:t>
            </w:r>
          </w:p>
        </w:tc>
        <w:tc>
          <w:tcPr>
            <w:tcW w:type="dxa" w:w="4320"/>
          </w:tcPr>
          <w:p>
            <w:r>
              <w:t>Antwort: ______________________________</w:t>
            </w:r>
          </w:p>
        </w:tc>
      </w:tr>
    </w:tbl>
    <w:p/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