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Blatt 3: Der große Mix – Test ⭐</w:t>
      </w:r>
    </w:p>
    <w:p>
      <w:pPr>
        <w:jc w:val="center"/>
      </w:pPr>
      <w:r>
        <w:t>Name: ____________________        Datum: ________________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1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5 · 5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8 · 2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4 · 10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  <w:tr>
        <w:tc>
          <w:tcPr>
            <w:tcW w:type="dxa" w:w="4320"/>
          </w:tcPr>
          <w:p>
            <w:r>
              <w:t>6 · 5 =</w:t>
            </w:r>
          </w:p>
        </w:tc>
        <w:tc>
          <w:tcPr>
            <w:tcW w:type="dxa" w:w="4320"/>
          </w:tcPr>
          <w:p>
            <w:r>
              <w:t>Antwort: ______________________________</w:t>
            </w:r>
          </w:p>
        </w:tc>
      </w:tr>
    </w:tbl>
    <w:p/>
    <w:p>
      <w:r>
        <w:t>Sachaufgabe 1:</w:t>
      </w:r>
    </w:p>
    <w:p>
      <w:r>
        <w:t>Der Schulhund "Bello" bekommt jeden Tag 2 Leckerlis für 7 Tage.</w:t>
      </w:r>
    </w:p>
    <w:p>
      <w:r>
        <w:t>Rechnung: ___ · ___ = ___</w:t>
      </w:r>
    </w:p>
    <w:p>
      <w:r>
        <w:t>Antwort: ______________________________________________</w:t>
      </w:r>
    </w:p>
    <w:p>
      <w:r>
        <w:br/>
        <w:t>Sachaufgabe 2:</w:t>
      </w:r>
    </w:p>
    <w:p>
      <w:r>
        <w:t>Eine Packung kostet 5 Cent. Lisa kauft 6 Packungen.</w:t>
      </w:r>
    </w:p>
    <w:p>
      <w:r>
        <w:t>Rechnung: ___ · ___ = ___</w:t>
      </w:r>
    </w:p>
    <w:p>
      <w:r>
        <w:t>Antwort: 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